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40"/>
        </w:rPr>
        <w:t>✨ Il Rituale della Luce Dorata ✨</w:t>
      </w:r>
    </w:p>
    <w:p>
      <w:pPr>
        <w:jc w:val="center"/>
      </w:pPr>
      <w:r>
        <w:rPr>
          <w:i/>
          <w:sz w:val="24"/>
        </w:rPr>
        <w:t>(Un semplice rituale quotidiano per risvegliare la tua energia interiore)</w:t>
      </w:r>
    </w:p>
    <w:p/>
    <w:p>
      <w:r>
        <w:rPr>
          <w:b/>
        </w:rPr>
        <w:t>Introduzione</w:t>
        <w:br/>
      </w:r>
      <w:r>
        <w:t>Questo rituale è un invito a fermarti per qualche minuto, ogni giorno, e scegliere consapevolmente la Luce. Ripetilo per 7 giorni consecutivi e osserva come cambia la tua energia.</w:t>
        <w:br/>
      </w:r>
    </w:p>
    <w:p/>
    <w:p>
      <w:r>
        <w:rPr>
          <w:b/>
        </w:rPr>
        <w:t>🌟 Il Rituale della Luce Dorata 🌟</w:t>
        <w:br/>
      </w:r>
    </w:p>
    <w:p>
      <w:r>
        <w:rPr>
          <w:b/>
        </w:rPr>
        <w:t xml:space="preserve">• Trova il tuo spazio sacro: </w:t>
      </w:r>
      <w:r>
        <w:t>Siediti in un luogo tranquillo, accendi una candela.</w:t>
      </w:r>
    </w:p>
    <w:p>
      <w:r>
        <w:rPr>
          <w:b/>
        </w:rPr>
        <w:t xml:space="preserve">• Mani sul cuore: </w:t>
      </w:r>
      <w:r>
        <w:t>Porta entrambe le mani al centro del petto e chiudi gli occhi.</w:t>
      </w:r>
    </w:p>
    <w:p>
      <w:r>
        <w:rPr>
          <w:b/>
        </w:rPr>
        <w:t xml:space="preserve">• Visualizza la Luce Dorata: </w:t>
      </w:r>
      <w:r>
        <w:t>Immagina un sole dorato che sorge dentro di te, al cuore, e si espande in tutto il corpo.</w:t>
      </w:r>
    </w:p>
    <w:p>
      <w:r>
        <w:rPr>
          <w:b/>
        </w:rPr>
        <w:t xml:space="preserve">• Mantra di attivazione: </w:t>
      </w:r>
      <w:r>
        <w:t>Ripeti lentamente tre volte: «Io sono Luce. Io sono Amore. Io sono Potere.»</w:t>
      </w:r>
    </w:p>
    <w:p>
      <w:r>
        <w:rPr>
          <w:b/>
        </w:rPr>
        <w:t xml:space="preserve">• Gesto finale: </w:t>
      </w:r>
      <w:r>
        <w:t>Apri le braccia come per abbracciare l’Universo, poi riportale al cuore. Respira gratitudine.</w:t>
      </w:r>
    </w:p>
    <w:p>
      <w:r>
        <w:t>👉 Durata: 3–5 minuti.</w:t>
      </w:r>
    </w:p>
    <w:p>
      <w:r>
        <w:t>👉 Ripeti ogni mattina o sera per almeno 7 giorni.</w:t>
      </w:r>
    </w:p>
    <w:p/>
    <w:p>
      <w:r>
        <w:rPr>
          <w:b/>
        </w:rPr>
        <w:t>🌹 Invito finale 🌹</w:t>
        <w:br/>
      </w:r>
      <w:r>
        <w:t>Se desideri approfondire il viaggio interiore e scoprire i 4 Sentieri del Risveglio, il percorso UNVEIL ti aspetta.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